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9E2EC"/>
          <w:left w:val="single" w:sz="4" w:space="0" w:color="D9E2EC"/>
          <w:bottom w:val="single" w:sz="4" w:space="0" w:color="D9E2EC"/>
          <w:right w:val="single" w:sz="4" w:space="0" w:color="D9E2EC"/>
          <w:insideH w:val="single" w:sz="4" w:space="0" w:color="D9E2EC"/>
          <w:insideV w:val="single" w:sz="4" w:space="0" w:color="D9E2EC"/>
        </w:tblBorders>
      </w:tblPr>
      <w:tblGrid>
        <w:gridCol w:w="10368"/>
      </w:tblGrid>
      <w:tr>
        <w:tc>
          <w:tcPr>
            <w:tcW w:type="dxa" w:w="10368"/>
            <w:shd w:fill="002A56"/>
          </w:tcPr>
          <w:p>
            <w:pPr>
              <w:jc w:val="center"/>
            </w:pPr>
            <w:r>
              <w:rPr>
                <w:b/>
                <w:color w:val="FFFFFF"/>
                <w:sz w:val="44"/>
              </w:rPr>
              <w:t>MEDISA GROUP</w:t>
            </w:r>
          </w:p>
          <w:p>
            <w:pPr>
              <w:jc w:val="center"/>
            </w:pPr>
            <w:r>
              <w:rPr>
                <w:color w:val="DAEEF3"/>
                <w:sz w:val="21"/>
              </w:rPr>
              <w:t>in collaboration with Turkish Film Commission</w:t>
            </w:r>
          </w:p>
        </w:tc>
      </w:tr>
    </w:tbl>
    <w:p>
      <w:pPr>
        <w:spacing w:before="240" w:after="80"/>
        <w:jc w:val="center"/>
      </w:pPr>
      <w:r>
        <w:rPr>
          <w:b/>
          <w:color w:val="002A56"/>
          <w:sz w:val="40"/>
        </w:rPr>
        <w:t>APPLICATION FORM</w:t>
      </w:r>
    </w:p>
    <w:p>
      <w:pPr>
        <w:spacing w:after="80"/>
        <w:jc w:val="center"/>
      </w:pPr>
      <w:r>
        <w:rPr>
          <w:b/>
          <w:color w:val="00808E"/>
          <w:sz w:val="28"/>
        </w:rPr>
        <w:t>Part-Time International B2B Growth Coordinator</w:t>
      </w:r>
    </w:p>
    <w:p>
      <w:pPr>
        <w:spacing w:after="160"/>
        <w:jc w:val="center"/>
      </w:pPr>
      <w:r>
        <w:rPr>
          <w:b/>
          <w:sz w:val="22"/>
        </w:rPr>
        <w:t>Remote / Freelance Opportunity</w:t>
      </w:r>
    </w:p>
    <w:p>
      <w:pPr>
        <w:spacing w:after="200"/>
        <w:jc w:val="center"/>
      </w:pPr>
      <w:r>
        <w:rPr>
          <w:sz w:val="20"/>
        </w:rPr>
        <w:t>Medisa Group, in collaboration with Turkish Film Commission, is looking for a part-time / freelance International B2B Growth Coordinator to support our international B2B sales and content system. Please complete this form. Shortlisted candidates may be invited for a small test assignment.</w:t>
      </w:r>
    </w:p>
    <w:p>
      <w:pPr>
        <w:keepNext/>
        <w:spacing w:before="160" w:after="80"/>
      </w:pPr>
      <w:r>
        <w:rPr>
          <w:rFonts w:ascii="Arial" w:hAnsi="Arial"/>
          <w:b/>
          <w:color w:val="002A56"/>
          <w:sz w:val="28"/>
        </w:rPr>
        <w:t>1. Personal Information</w:t>
      </w:r>
    </w:p>
    <w:p>
      <w:pPr>
        <w:keepNext/>
        <w:spacing w:after="40"/>
      </w:pPr>
      <w:r>
        <w:rPr>
          <w:b/>
          <w:color w:val="002A56"/>
          <w:sz w:val="21"/>
        </w:rPr>
        <w:t>Full Name</w:t>
      </w:r>
    </w:p>
    <w:p>
      <w:pPr>
        <w:spacing w:after="140"/>
      </w:pPr>
      <w:r>
        <w:rPr>
          <w:i/>
        </w:rPr>
        <w:t xml:space="preserve">Answer: </w:t>
      </w:r>
      <w:r>
        <w:t>________________________________________________________________________</w:t>
      </w:r>
    </w:p>
    <w:p>
      <w:pPr>
        <w:keepNext/>
        <w:spacing w:after="40"/>
      </w:pPr>
      <w:r>
        <w:rPr>
          <w:b/>
          <w:color w:val="002A56"/>
          <w:sz w:val="21"/>
        </w:rPr>
        <w:t>Email Address</w:t>
      </w:r>
    </w:p>
    <w:p>
      <w:pPr>
        <w:spacing w:after="140"/>
      </w:pPr>
      <w:r>
        <w:rPr>
          <w:i/>
        </w:rPr>
        <w:t xml:space="preserve">Answer: </w:t>
      </w:r>
      <w:r>
        <w:t>________________________________________________________________________</w:t>
      </w:r>
    </w:p>
    <w:p>
      <w:pPr>
        <w:keepNext/>
        <w:spacing w:after="40"/>
      </w:pPr>
      <w:r>
        <w:rPr>
          <w:b/>
          <w:color w:val="002A56"/>
          <w:sz w:val="21"/>
        </w:rPr>
        <w:t>Phone / WhatsApp Number</w:t>
      </w:r>
    </w:p>
    <w:p>
      <w:pPr>
        <w:spacing w:after="140"/>
      </w:pPr>
      <w:r>
        <w:rPr>
          <w:i/>
        </w:rPr>
        <w:t xml:space="preserve">Answer: </w:t>
      </w:r>
      <w:r>
        <w:t>________________________________________________________________________</w:t>
      </w:r>
    </w:p>
    <w:p>
      <w:pPr>
        <w:keepNext/>
        <w:spacing w:after="40"/>
      </w:pPr>
      <w:r>
        <w:rPr>
          <w:b/>
          <w:color w:val="002A56"/>
          <w:sz w:val="21"/>
        </w:rPr>
        <w:t>City / Country</w:t>
      </w:r>
    </w:p>
    <w:p>
      <w:pPr>
        <w:spacing w:after="140"/>
      </w:pPr>
      <w:r>
        <w:rPr>
          <w:i/>
        </w:rPr>
        <w:t xml:space="preserve">Answer: </w:t>
      </w:r>
      <w:r>
        <w:t>________________________________________________________________________</w:t>
      </w:r>
    </w:p>
    <w:p>
      <w:pPr>
        <w:keepNext/>
        <w:spacing w:after="40"/>
      </w:pPr>
      <w:r>
        <w:rPr>
          <w:b/>
          <w:color w:val="002A56"/>
          <w:sz w:val="21"/>
        </w:rPr>
        <w:t>LinkedIn Profile URL</w:t>
      </w:r>
    </w:p>
    <w:p>
      <w:pPr>
        <w:spacing w:after="140"/>
      </w:pPr>
      <w:r>
        <w:rPr>
          <w:i/>
        </w:rPr>
        <w:t xml:space="preserve">Answer: </w:t>
      </w:r>
      <w:r>
        <w:t>________________________________________________________________________</w:t>
      </w:r>
    </w:p>
    <w:p>
      <w:r>
        <w:br w:type="page"/>
      </w:r>
    </w:p>
    <w:p>
      <w:pPr>
        <w:keepNext/>
        <w:spacing w:before="160" w:after="80"/>
      </w:pPr>
      <w:r>
        <w:rPr>
          <w:rFonts w:ascii="Arial" w:hAnsi="Arial"/>
          <w:b/>
          <w:color w:val="002A56"/>
          <w:sz w:val="28"/>
        </w:rPr>
        <w:t>2. Work Style</w:t>
      </w:r>
    </w:p>
    <w:p>
      <w:pPr>
        <w:keepNext/>
        <w:spacing w:after="40"/>
      </w:pPr>
      <w:r>
        <w:rPr>
          <w:b/>
          <w:color w:val="002A56"/>
          <w:sz w:val="21"/>
        </w:rPr>
        <w:t>Are you applying as:</w:t>
      </w:r>
    </w:p>
    <w:p>
      <w:pPr>
        <w:spacing w:after="0"/>
        <w:ind w:left="317"/>
      </w:pPr>
      <w:r>
        <w:rPr>
          <w:sz w:val="22"/>
        </w:rPr>
        <w:t xml:space="preserve">☐ </w:t>
      </w:r>
      <w:r>
        <w:rPr>
          <w:sz w:val="20"/>
        </w:rPr>
        <w:t>Freelancer</w:t>
      </w:r>
    </w:p>
    <w:p>
      <w:pPr>
        <w:spacing w:after="0"/>
        <w:ind w:left="317"/>
      </w:pPr>
      <w:r>
        <w:rPr>
          <w:sz w:val="22"/>
        </w:rPr>
        <w:t xml:space="preserve">☐ </w:t>
      </w:r>
      <w:r>
        <w:rPr>
          <w:sz w:val="20"/>
        </w:rPr>
        <w:t>Part-time</w:t>
      </w:r>
    </w:p>
    <w:p>
      <w:pPr>
        <w:spacing w:after="0"/>
        <w:ind w:left="317"/>
      </w:pPr>
      <w:r>
        <w:rPr>
          <w:sz w:val="22"/>
        </w:rPr>
        <w:t xml:space="preserve">☐ </w:t>
      </w:r>
      <w:r>
        <w:rPr>
          <w:sz w:val="20"/>
        </w:rPr>
        <w:t>Remote contractor</w:t>
      </w:r>
    </w:p>
    <w:p>
      <w:pPr>
        <w:spacing w:after="0"/>
        <w:ind w:left="317"/>
      </w:pPr>
      <w:r>
        <w:rPr>
          <w:sz w:val="22"/>
        </w:rPr>
        <w:t xml:space="preserve">☐ </w:t>
      </w:r>
      <w:r>
        <w:rPr>
          <w:sz w:val="20"/>
        </w:rPr>
        <w:t>Internship / junior support</w:t>
      </w:r>
    </w:p>
    <w:p>
      <w:pPr>
        <w:spacing w:after="0"/>
        <w:ind w:left="317"/>
      </w:pPr>
      <w:r>
        <w:rPr>
          <w:sz w:val="22"/>
        </w:rPr>
        <w:t xml:space="preserve">☐ </w:t>
      </w:r>
      <w:r>
        <w:rPr>
          <w:sz w:val="20"/>
        </w:rPr>
        <w:t>Other</w:t>
      </w:r>
    </w:p>
    <w:p>
      <w:pPr>
        <w:spacing w:after="40"/>
      </w:pPr>
    </w:p>
    <w:p>
      <w:pPr>
        <w:keepNext/>
        <w:spacing w:after="40"/>
      </w:pPr>
      <w:r>
        <w:rPr>
          <w:b/>
          <w:color w:val="002A56"/>
          <w:sz w:val="21"/>
        </w:rPr>
        <w:t>How many hours per week can you work?</w:t>
      </w:r>
    </w:p>
    <w:p>
      <w:pPr>
        <w:spacing w:after="0"/>
        <w:ind w:left="317"/>
      </w:pPr>
      <w:r>
        <w:rPr>
          <w:sz w:val="22"/>
        </w:rPr>
        <w:t xml:space="preserve">☐ </w:t>
      </w:r>
      <w:r>
        <w:rPr>
          <w:sz w:val="20"/>
        </w:rPr>
        <w:t>5-10 hours</w:t>
      </w:r>
    </w:p>
    <w:p>
      <w:pPr>
        <w:spacing w:after="0"/>
        <w:ind w:left="317"/>
      </w:pPr>
      <w:r>
        <w:rPr>
          <w:sz w:val="22"/>
        </w:rPr>
        <w:t xml:space="preserve">☐ </w:t>
      </w:r>
      <w:r>
        <w:rPr>
          <w:sz w:val="20"/>
        </w:rPr>
        <w:t>10-15 hours</w:t>
      </w:r>
    </w:p>
    <w:p>
      <w:pPr>
        <w:spacing w:after="0"/>
        <w:ind w:left="317"/>
      </w:pPr>
      <w:r>
        <w:rPr>
          <w:sz w:val="22"/>
        </w:rPr>
        <w:t xml:space="preserve">☐ </w:t>
      </w:r>
      <w:r>
        <w:rPr>
          <w:sz w:val="20"/>
        </w:rPr>
        <w:t>15-20 hours</w:t>
      </w:r>
    </w:p>
    <w:p>
      <w:pPr>
        <w:spacing w:after="0"/>
        <w:ind w:left="317"/>
      </w:pPr>
      <w:r>
        <w:rPr>
          <w:sz w:val="22"/>
        </w:rPr>
        <w:t xml:space="preserve">☐ </w:t>
      </w:r>
      <w:r>
        <w:rPr>
          <w:sz w:val="20"/>
        </w:rPr>
        <w:t>20+ hours</w:t>
      </w:r>
    </w:p>
    <w:p>
      <w:pPr>
        <w:spacing w:after="40"/>
      </w:pPr>
    </w:p>
    <w:p>
      <w:pPr>
        <w:keepNext/>
        <w:spacing w:after="40"/>
      </w:pPr>
      <w:r>
        <w:rPr>
          <w:b/>
          <w:color w:val="002A56"/>
          <w:sz w:val="21"/>
        </w:rPr>
        <w:t>When can you start?</w:t>
      </w:r>
    </w:p>
    <w:p>
      <w:pPr>
        <w:spacing w:after="0"/>
        <w:ind w:left="317"/>
      </w:pPr>
      <w:r>
        <w:rPr>
          <w:sz w:val="22"/>
        </w:rPr>
        <w:t xml:space="preserve">☐ </w:t>
      </w:r>
      <w:r>
        <w:rPr>
          <w:sz w:val="20"/>
        </w:rPr>
        <w:t>Immediately</w:t>
      </w:r>
    </w:p>
    <w:p>
      <w:pPr>
        <w:spacing w:after="0"/>
        <w:ind w:left="317"/>
      </w:pPr>
      <w:r>
        <w:rPr>
          <w:sz w:val="22"/>
        </w:rPr>
        <w:t xml:space="preserve">☐ </w:t>
      </w:r>
      <w:r>
        <w:rPr>
          <w:sz w:val="20"/>
        </w:rPr>
        <w:t>Within 1 week</w:t>
      </w:r>
    </w:p>
    <w:p>
      <w:pPr>
        <w:spacing w:after="0"/>
        <w:ind w:left="317"/>
      </w:pPr>
      <w:r>
        <w:rPr>
          <w:sz w:val="22"/>
        </w:rPr>
        <w:t xml:space="preserve">☐ </w:t>
      </w:r>
      <w:r>
        <w:rPr>
          <w:sz w:val="20"/>
        </w:rPr>
        <w:t>Within 2 weeks</w:t>
      </w:r>
    </w:p>
    <w:p>
      <w:pPr>
        <w:spacing w:after="0"/>
        <w:ind w:left="317"/>
      </w:pPr>
      <w:r>
        <w:rPr>
          <w:sz w:val="22"/>
        </w:rPr>
        <w:t xml:space="preserve">☐ </w:t>
      </w:r>
      <w:r>
        <w:rPr>
          <w:sz w:val="20"/>
        </w:rPr>
        <w:t>Later</w:t>
      </w:r>
    </w:p>
    <w:p>
      <w:pPr>
        <w:spacing w:after="40"/>
      </w:pPr>
    </w:p>
    <w:p>
      <w:pPr>
        <w:keepNext/>
        <w:spacing w:before="160" w:after="80"/>
      </w:pPr>
      <w:r>
        <w:rPr>
          <w:rFonts w:ascii="Arial" w:hAnsi="Arial"/>
          <w:b/>
          <w:color w:val="002A56"/>
          <w:sz w:val="28"/>
        </w:rPr>
        <w:t>3. English &amp; Communication</w:t>
      </w:r>
    </w:p>
    <w:p>
      <w:pPr>
        <w:keepNext/>
        <w:spacing w:after="40"/>
      </w:pPr>
      <w:r>
        <w:rPr>
          <w:b/>
          <w:color w:val="002A56"/>
          <w:sz w:val="21"/>
        </w:rPr>
        <w:t>How would you describe your English writing level?</w:t>
      </w:r>
    </w:p>
    <w:p>
      <w:pPr>
        <w:spacing w:after="0"/>
        <w:ind w:left="317"/>
      </w:pPr>
      <w:r>
        <w:rPr>
          <w:sz w:val="22"/>
        </w:rPr>
        <w:t xml:space="preserve">☐ </w:t>
      </w:r>
      <w:r>
        <w:rPr>
          <w:sz w:val="20"/>
        </w:rPr>
        <w:t>Intermediate</w:t>
      </w:r>
    </w:p>
    <w:p>
      <w:pPr>
        <w:spacing w:after="0"/>
        <w:ind w:left="317"/>
      </w:pPr>
      <w:r>
        <w:rPr>
          <w:sz w:val="22"/>
        </w:rPr>
        <w:t xml:space="preserve">☐ </w:t>
      </w:r>
      <w:r>
        <w:rPr>
          <w:sz w:val="20"/>
        </w:rPr>
        <w:t>Upper-intermediate</w:t>
      </w:r>
    </w:p>
    <w:p>
      <w:pPr>
        <w:spacing w:after="0"/>
        <w:ind w:left="317"/>
      </w:pPr>
      <w:r>
        <w:rPr>
          <w:sz w:val="22"/>
        </w:rPr>
        <w:t xml:space="preserve">☐ </w:t>
      </w:r>
      <w:r>
        <w:rPr>
          <w:sz w:val="20"/>
        </w:rPr>
        <w:t>Advanced</w:t>
      </w:r>
    </w:p>
    <w:p>
      <w:pPr>
        <w:spacing w:after="0"/>
        <w:ind w:left="317"/>
      </w:pPr>
      <w:r>
        <w:rPr>
          <w:sz w:val="22"/>
        </w:rPr>
        <w:t xml:space="preserve">☐ </w:t>
      </w:r>
      <w:r>
        <w:rPr>
          <w:sz w:val="20"/>
        </w:rPr>
        <w:t>Native / near-native</w:t>
      </w:r>
    </w:p>
    <w:p>
      <w:pPr>
        <w:spacing w:after="40"/>
      </w:pPr>
    </w:p>
    <w:p>
      <w:pPr>
        <w:keepNext/>
        <w:spacing w:after="40"/>
      </w:pPr>
      <w:r>
        <w:rPr>
          <w:b/>
          <w:color w:val="002A56"/>
          <w:sz w:val="21"/>
        </w:rPr>
        <w:t>Please write a short introduction about yourself in English.</w:t>
      </w:r>
    </w:p>
    <w:p>
      <w:pPr>
        <w:spacing w:after="140"/>
      </w:pPr>
      <w:r>
        <w:rPr>
          <w:i/>
        </w:rPr>
        <w:t xml:space="preserve">Answer: </w:t>
      </w:r>
      <w:r>
        <w:br/>
        <w:t>________________________________________________________________________________________</w:t>
        <w:br/>
        <w:t>________________________________________________________________________________________</w:t>
        <w:br/>
        <w:t>________________________________________________________________________________________</w:t>
      </w:r>
    </w:p>
    <w:p>
      <w:pPr>
        <w:keepNext/>
        <w:spacing w:after="40"/>
      </w:pPr>
      <w:r>
        <w:rPr>
          <w:b/>
          <w:color w:val="002A56"/>
          <w:sz w:val="21"/>
        </w:rPr>
        <w:t>Please briefly explain why you are interested in this role.</w:t>
      </w:r>
    </w:p>
    <w:p>
      <w:pPr>
        <w:spacing w:after="140"/>
      </w:pPr>
      <w:r>
        <w:rPr>
          <w:i/>
        </w:rPr>
        <w:t xml:space="preserve">Answer: </w:t>
      </w:r>
      <w:r>
        <w:br/>
        <w:t>________________________________________________________________________________________</w:t>
        <w:br/>
        <w:t>________________________________________________________________________________________</w:t>
        <w:br/>
        <w:t>________________________________________________________________________________________</w:t>
      </w:r>
    </w:p>
    <w:p>
      <w:r>
        <w:br w:type="page"/>
      </w:r>
    </w:p>
    <w:p>
      <w:pPr>
        <w:keepNext/>
        <w:spacing w:before="160" w:after="80"/>
      </w:pPr>
      <w:r>
        <w:rPr>
          <w:rFonts w:ascii="Arial" w:hAnsi="Arial"/>
          <w:b/>
          <w:color w:val="002A56"/>
          <w:sz w:val="28"/>
        </w:rPr>
        <w:t>4. Experience</w:t>
      </w:r>
    </w:p>
    <w:p>
      <w:pPr>
        <w:keepNext/>
        <w:spacing w:after="40"/>
      </w:pPr>
      <w:r>
        <w:rPr>
          <w:b/>
          <w:color w:val="002A56"/>
          <w:sz w:val="21"/>
        </w:rPr>
        <w:t>Do you have experience in any of the following areas?</w:t>
      </w:r>
    </w:p>
    <w:p>
      <w:pPr>
        <w:spacing w:after="0"/>
        <w:ind w:left="317"/>
      </w:pPr>
      <w:r>
        <w:rPr>
          <w:sz w:val="22"/>
        </w:rPr>
        <w:t xml:space="preserve">☐ </w:t>
      </w:r>
      <w:r>
        <w:rPr>
          <w:sz w:val="20"/>
        </w:rPr>
        <w:t>B2B lead generation</w:t>
      </w:r>
    </w:p>
    <w:p>
      <w:pPr>
        <w:spacing w:after="0"/>
        <w:ind w:left="317"/>
      </w:pPr>
      <w:r>
        <w:rPr>
          <w:sz w:val="22"/>
        </w:rPr>
        <w:t xml:space="preserve">☐ </w:t>
      </w:r>
      <w:r>
        <w:rPr>
          <w:sz w:val="20"/>
        </w:rPr>
        <w:t>LinkedIn research</w:t>
      </w:r>
    </w:p>
    <w:p>
      <w:pPr>
        <w:spacing w:after="0"/>
        <w:ind w:left="317"/>
      </w:pPr>
      <w:r>
        <w:rPr>
          <w:sz w:val="22"/>
        </w:rPr>
        <w:t xml:space="preserve">☐ </w:t>
      </w:r>
      <w:r>
        <w:rPr>
          <w:sz w:val="20"/>
        </w:rPr>
        <w:t>Cold email / outreach</w:t>
      </w:r>
    </w:p>
    <w:p>
      <w:pPr>
        <w:spacing w:after="0"/>
        <w:ind w:left="317"/>
      </w:pPr>
      <w:r>
        <w:rPr>
          <w:sz w:val="22"/>
        </w:rPr>
        <w:t xml:space="preserve">☐ </w:t>
      </w:r>
      <w:r>
        <w:rPr>
          <w:sz w:val="20"/>
        </w:rPr>
        <w:t>CRM / Google Sheets</w:t>
      </w:r>
    </w:p>
    <w:p>
      <w:pPr>
        <w:spacing w:after="0"/>
        <w:ind w:left="317"/>
      </w:pPr>
      <w:r>
        <w:rPr>
          <w:sz w:val="22"/>
        </w:rPr>
        <w:t xml:space="preserve">☐ </w:t>
      </w:r>
      <w:r>
        <w:rPr>
          <w:sz w:val="20"/>
        </w:rPr>
        <w:t>Content writing</w:t>
      </w:r>
    </w:p>
    <w:p>
      <w:pPr>
        <w:spacing w:after="0"/>
        <w:ind w:left="317"/>
      </w:pPr>
      <w:r>
        <w:rPr>
          <w:sz w:val="22"/>
        </w:rPr>
        <w:t xml:space="preserve">☐ </w:t>
      </w:r>
      <w:r>
        <w:rPr>
          <w:sz w:val="20"/>
        </w:rPr>
        <w:t>AI tools</w:t>
      </w:r>
    </w:p>
    <w:p>
      <w:pPr>
        <w:spacing w:after="0"/>
        <w:ind w:left="317"/>
      </w:pPr>
      <w:r>
        <w:rPr>
          <w:sz w:val="22"/>
        </w:rPr>
        <w:t xml:space="preserve">☐ </w:t>
      </w:r>
      <w:r>
        <w:rPr>
          <w:sz w:val="20"/>
        </w:rPr>
        <w:t>Film / TV / production sector</w:t>
      </w:r>
    </w:p>
    <w:p>
      <w:pPr>
        <w:spacing w:after="0"/>
        <w:ind w:left="317"/>
      </w:pPr>
      <w:r>
        <w:rPr>
          <w:sz w:val="22"/>
        </w:rPr>
        <w:t xml:space="preserve">☐ </w:t>
      </w:r>
      <w:r>
        <w:rPr>
          <w:sz w:val="20"/>
        </w:rPr>
        <w:t>Sports media</w:t>
      </w:r>
    </w:p>
    <w:p>
      <w:pPr>
        <w:spacing w:after="0"/>
        <w:ind w:left="317"/>
      </w:pPr>
      <w:r>
        <w:rPr>
          <w:sz w:val="22"/>
        </w:rPr>
        <w:t xml:space="preserve">☐ </w:t>
      </w:r>
      <w:r>
        <w:rPr>
          <w:sz w:val="20"/>
        </w:rPr>
        <w:t>Travel / hospitality</w:t>
      </w:r>
    </w:p>
    <w:p>
      <w:pPr>
        <w:spacing w:after="0"/>
        <w:ind w:left="317"/>
      </w:pPr>
      <w:r>
        <w:rPr>
          <w:sz w:val="22"/>
        </w:rPr>
        <w:t xml:space="preserve">☐ </w:t>
      </w:r>
      <w:r>
        <w:rPr>
          <w:sz w:val="20"/>
        </w:rPr>
        <w:t>None yet, but willing to learn</w:t>
      </w:r>
    </w:p>
    <w:p>
      <w:pPr>
        <w:spacing w:after="40"/>
      </w:pPr>
    </w:p>
    <w:p>
      <w:pPr>
        <w:keepNext/>
        <w:spacing w:after="40"/>
      </w:pPr>
      <w:r>
        <w:rPr>
          <w:b/>
          <w:color w:val="002A56"/>
          <w:sz w:val="21"/>
        </w:rPr>
        <w:t>Please describe your relevant experience.</w:t>
      </w:r>
    </w:p>
    <w:p>
      <w:pPr>
        <w:spacing w:after="140"/>
      </w:pPr>
      <w:r>
        <w:rPr>
          <w:i/>
        </w:rPr>
        <w:t xml:space="preserve">Answer: </w:t>
      </w:r>
      <w:r>
        <w:br/>
        <w:t>________________________________________________________________________________________</w:t>
        <w:br/>
        <w:t>________________________________________________________________________________________</w:t>
        <w:br/>
        <w:t>________________________________________________________________________________________</w:t>
      </w:r>
    </w:p>
    <w:p>
      <w:pPr>
        <w:keepNext/>
        <w:spacing w:after="40"/>
      </w:pPr>
      <w:r>
        <w:rPr>
          <w:b/>
          <w:color w:val="002A56"/>
          <w:sz w:val="21"/>
        </w:rPr>
        <w:t>Have you previously created lead lists or researched companies / decision makers?</w:t>
      </w:r>
    </w:p>
    <w:p>
      <w:pPr>
        <w:spacing w:after="0"/>
        <w:ind w:left="317"/>
      </w:pPr>
      <w:r>
        <w:rPr>
          <w:sz w:val="22"/>
        </w:rPr>
        <w:t xml:space="preserve">☐ </w:t>
      </w:r>
      <w:r>
        <w:rPr>
          <w:sz w:val="20"/>
        </w:rPr>
        <w:t>Yes</w:t>
      </w:r>
    </w:p>
    <w:p>
      <w:pPr>
        <w:spacing w:after="0"/>
        <w:ind w:left="317"/>
      </w:pPr>
      <w:r>
        <w:rPr>
          <w:sz w:val="22"/>
        </w:rPr>
        <w:t xml:space="preserve">☐ </w:t>
      </w:r>
      <w:r>
        <w:rPr>
          <w:sz w:val="20"/>
        </w:rPr>
        <w:t>No</w:t>
      </w:r>
    </w:p>
    <w:p>
      <w:pPr>
        <w:spacing w:after="0"/>
        <w:ind w:left="317"/>
      </w:pPr>
      <w:r>
        <w:rPr>
          <w:sz w:val="22"/>
        </w:rPr>
        <w:t xml:space="preserve">☐ </w:t>
      </w:r>
      <w:r>
        <w:rPr>
          <w:sz w:val="20"/>
        </w:rPr>
        <w:t>Not professionally, but I can do research</w:t>
      </w:r>
    </w:p>
    <w:p>
      <w:pPr>
        <w:spacing w:after="40"/>
      </w:pPr>
    </w:p>
    <w:p>
      <w:pPr>
        <w:keepNext/>
        <w:spacing w:after="40"/>
      </w:pPr>
      <w:r>
        <w:rPr>
          <w:b/>
          <w:color w:val="002A56"/>
          <w:sz w:val="21"/>
        </w:rPr>
        <w:t>If yes, please explain briefly.</w:t>
      </w:r>
    </w:p>
    <w:p>
      <w:pPr>
        <w:spacing w:after="140"/>
      </w:pPr>
      <w:r>
        <w:rPr>
          <w:i/>
        </w:rPr>
        <w:t xml:space="preserve">Answer: </w:t>
      </w:r>
      <w:r>
        <w:br/>
        <w:t>________________________________________________________________________________________</w:t>
        <w:br/>
        <w:t>________________________________________________________________________________________</w:t>
        <w:br/>
        <w:t>________________________________________________________________________________________</w:t>
      </w:r>
    </w:p>
    <w:p>
      <w:r>
        <w:br w:type="page"/>
      </w:r>
    </w:p>
    <w:p>
      <w:pPr>
        <w:keepNext/>
        <w:spacing w:before="160" w:after="80"/>
      </w:pPr>
      <w:r>
        <w:rPr>
          <w:rFonts w:ascii="Arial" w:hAnsi="Arial"/>
          <w:b/>
          <w:color w:val="002A56"/>
          <w:sz w:val="28"/>
        </w:rPr>
        <w:t>5. Tools</w:t>
      </w:r>
    </w:p>
    <w:p>
      <w:pPr>
        <w:keepNext/>
        <w:spacing w:after="40"/>
      </w:pPr>
      <w:r>
        <w:rPr>
          <w:b/>
          <w:color w:val="002A56"/>
          <w:sz w:val="21"/>
        </w:rPr>
        <w:t>Which tools can you use?</w:t>
      </w:r>
    </w:p>
    <w:p>
      <w:pPr>
        <w:spacing w:after="0"/>
        <w:ind w:left="317"/>
      </w:pPr>
      <w:r>
        <w:rPr>
          <w:sz w:val="22"/>
        </w:rPr>
        <w:t xml:space="preserve">☐ </w:t>
      </w:r>
      <w:r>
        <w:rPr>
          <w:sz w:val="20"/>
        </w:rPr>
        <w:t>LinkedIn</w:t>
      </w:r>
    </w:p>
    <w:p>
      <w:pPr>
        <w:spacing w:after="0"/>
        <w:ind w:left="317"/>
      </w:pPr>
      <w:r>
        <w:rPr>
          <w:sz w:val="22"/>
        </w:rPr>
        <w:t xml:space="preserve">☐ </w:t>
      </w:r>
      <w:r>
        <w:rPr>
          <w:sz w:val="20"/>
        </w:rPr>
        <w:t>LinkedIn Sales Navigator</w:t>
      </w:r>
    </w:p>
    <w:p>
      <w:pPr>
        <w:spacing w:after="0"/>
        <w:ind w:left="317"/>
      </w:pPr>
      <w:r>
        <w:rPr>
          <w:sz w:val="22"/>
        </w:rPr>
        <w:t xml:space="preserve">☐ </w:t>
      </w:r>
      <w:r>
        <w:rPr>
          <w:sz w:val="20"/>
        </w:rPr>
        <w:t>Google Sheets</w:t>
      </w:r>
    </w:p>
    <w:p>
      <w:pPr>
        <w:spacing w:after="0"/>
        <w:ind w:left="317"/>
      </w:pPr>
      <w:r>
        <w:rPr>
          <w:sz w:val="22"/>
        </w:rPr>
        <w:t xml:space="preserve">☐ </w:t>
      </w:r>
      <w:r>
        <w:rPr>
          <w:sz w:val="20"/>
        </w:rPr>
        <w:t>Excel</w:t>
      </w:r>
    </w:p>
    <w:p>
      <w:pPr>
        <w:spacing w:after="0"/>
        <w:ind w:left="317"/>
      </w:pPr>
      <w:r>
        <w:rPr>
          <w:sz w:val="22"/>
        </w:rPr>
        <w:t xml:space="preserve">☐ </w:t>
      </w:r>
      <w:r>
        <w:rPr>
          <w:sz w:val="20"/>
        </w:rPr>
        <w:t>ChatGPT</w:t>
      </w:r>
    </w:p>
    <w:p>
      <w:pPr>
        <w:spacing w:after="0"/>
        <w:ind w:left="317"/>
      </w:pPr>
      <w:r>
        <w:rPr>
          <w:sz w:val="22"/>
        </w:rPr>
        <w:t xml:space="preserve">☐ </w:t>
      </w:r>
      <w:r>
        <w:rPr>
          <w:sz w:val="20"/>
        </w:rPr>
        <w:t>Canva</w:t>
      </w:r>
    </w:p>
    <w:p>
      <w:pPr>
        <w:spacing w:after="0"/>
        <w:ind w:left="317"/>
      </w:pPr>
      <w:r>
        <w:rPr>
          <w:sz w:val="22"/>
        </w:rPr>
        <w:t xml:space="preserve">☐ </w:t>
      </w:r>
      <w:r>
        <w:rPr>
          <w:sz w:val="20"/>
        </w:rPr>
        <w:t>CRM tools</w:t>
      </w:r>
    </w:p>
    <w:p>
      <w:pPr>
        <w:spacing w:after="0"/>
        <w:ind w:left="317"/>
      </w:pPr>
      <w:r>
        <w:rPr>
          <w:sz w:val="22"/>
        </w:rPr>
        <w:t xml:space="preserve">☐ </w:t>
      </w:r>
      <w:r>
        <w:rPr>
          <w:sz w:val="20"/>
        </w:rPr>
        <w:t>Email marketing tools</w:t>
      </w:r>
    </w:p>
    <w:p>
      <w:pPr>
        <w:spacing w:after="0"/>
        <w:ind w:left="317"/>
      </w:pPr>
      <w:r>
        <w:rPr>
          <w:sz w:val="22"/>
        </w:rPr>
        <w:t xml:space="preserve">☐ </w:t>
      </w:r>
      <w:r>
        <w:rPr>
          <w:sz w:val="20"/>
        </w:rPr>
        <w:t>Other</w:t>
      </w:r>
    </w:p>
    <w:p>
      <w:pPr>
        <w:spacing w:after="40"/>
      </w:pPr>
    </w:p>
    <w:p>
      <w:pPr>
        <w:keepNext/>
        <w:spacing w:after="40"/>
      </w:pPr>
      <w:r>
        <w:rPr>
          <w:b/>
          <w:color w:val="002A56"/>
          <w:sz w:val="21"/>
        </w:rPr>
        <w:t>Do you use AI tools for research or writing?</w:t>
      </w:r>
    </w:p>
    <w:p>
      <w:pPr>
        <w:spacing w:after="0"/>
        <w:ind w:left="317"/>
      </w:pPr>
      <w:r>
        <w:rPr>
          <w:sz w:val="22"/>
        </w:rPr>
        <w:t xml:space="preserve">☐ </w:t>
      </w:r>
      <w:r>
        <w:rPr>
          <w:sz w:val="20"/>
        </w:rPr>
        <w:t>Yes, regularly</w:t>
      </w:r>
    </w:p>
    <w:p>
      <w:pPr>
        <w:spacing w:after="0"/>
        <w:ind w:left="317"/>
      </w:pPr>
      <w:r>
        <w:rPr>
          <w:sz w:val="22"/>
        </w:rPr>
        <w:t xml:space="preserve">☐ </w:t>
      </w:r>
      <w:r>
        <w:rPr>
          <w:sz w:val="20"/>
        </w:rPr>
        <w:t>Sometimes</w:t>
      </w:r>
    </w:p>
    <w:p>
      <w:pPr>
        <w:spacing w:after="0"/>
        <w:ind w:left="317"/>
      </w:pPr>
      <w:r>
        <w:rPr>
          <w:sz w:val="22"/>
        </w:rPr>
        <w:t xml:space="preserve">☐ </w:t>
      </w:r>
      <w:r>
        <w:rPr>
          <w:sz w:val="20"/>
        </w:rPr>
        <w:t>Not yet, but I am willing to learn</w:t>
      </w:r>
    </w:p>
    <w:p>
      <w:pPr>
        <w:spacing w:after="40"/>
      </w:pPr>
    </w:p>
    <w:p>
      <w:pPr>
        <w:keepNext/>
        <w:spacing w:before="160" w:after="80"/>
      </w:pPr>
      <w:r>
        <w:rPr>
          <w:rFonts w:ascii="Arial" w:hAnsi="Arial"/>
          <w:b/>
          <w:color w:val="002A56"/>
          <w:sz w:val="28"/>
        </w:rPr>
        <w:t>6. Test Task</w:t>
      </w:r>
    </w:p>
    <w:p>
      <w:pPr>
        <w:spacing w:after="120"/>
      </w:pPr>
      <w:r>
        <w:rPr>
          <w:b/>
          <w:color w:val="002A56"/>
        </w:rPr>
        <w:t>As a short test, please identify 3 international companies that may need local production support in Türkiye.</w:t>
      </w:r>
    </w:p>
    <w:p>
      <w:pPr>
        <w:spacing w:after="120"/>
      </w:pPr>
      <w:r>
        <w:t>For each company, please include: company name, country, website, relevant contact person or department if available, and why this company may be relevant for Medisa Group / Turkish Film Commission.</w:t>
      </w:r>
    </w:p>
    <w:p>
      <w:pPr>
        <w:keepNext/>
        <w:spacing w:after="40"/>
      </w:pPr>
      <w:r>
        <w:rPr>
          <w:b/>
          <w:color w:val="002A56"/>
          <w:sz w:val="21"/>
        </w:rPr>
        <w:t>Company 1</w:t>
      </w:r>
    </w:p>
    <w:p>
      <w:pPr>
        <w:spacing w:after="140"/>
      </w:pPr>
      <w:r>
        <w:rPr>
          <w:i/>
        </w:rPr>
        <w:t xml:space="preserve">Answer: </w:t>
      </w:r>
      <w:r>
        <w:br/>
        <w:t>________________________________________________________________________________________</w:t>
        <w:br/>
        <w:t>________________________________________________________________________________________</w:t>
        <w:br/>
        <w:t>________________________________________________________________________________________</w:t>
      </w:r>
    </w:p>
    <w:p>
      <w:pPr>
        <w:keepNext/>
        <w:spacing w:after="40"/>
      </w:pPr>
      <w:r>
        <w:rPr>
          <w:b/>
          <w:color w:val="002A56"/>
          <w:sz w:val="21"/>
        </w:rPr>
        <w:t>Company 2</w:t>
      </w:r>
    </w:p>
    <w:p>
      <w:pPr>
        <w:spacing w:after="140"/>
      </w:pPr>
      <w:r>
        <w:rPr>
          <w:i/>
        </w:rPr>
        <w:t xml:space="preserve">Answer: </w:t>
      </w:r>
      <w:r>
        <w:br/>
        <w:t>________________________________________________________________________________________</w:t>
        <w:br/>
        <w:t>________________________________________________________________________________________</w:t>
        <w:br/>
        <w:t>________________________________________________________________________________________</w:t>
      </w:r>
    </w:p>
    <w:p>
      <w:pPr>
        <w:keepNext/>
        <w:spacing w:after="40"/>
      </w:pPr>
      <w:r>
        <w:rPr>
          <w:b/>
          <w:color w:val="002A56"/>
          <w:sz w:val="21"/>
        </w:rPr>
        <w:t>Company 3</w:t>
      </w:r>
    </w:p>
    <w:p>
      <w:pPr>
        <w:spacing w:after="140"/>
      </w:pPr>
      <w:r>
        <w:rPr>
          <w:i/>
        </w:rPr>
        <w:t xml:space="preserve">Answer: </w:t>
      </w:r>
      <w:r>
        <w:br/>
        <w:t>________________________________________________________________________________________</w:t>
        <w:br/>
        <w:t>________________________________________________________________________________________</w:t>
        <w:br/>
        <w:t>________________________________________________________________________________________</w:t>
      </w:r>
    </w:p>
    <w:p>
      <w:pPr>
        <w:keepNext/>
        <w:spacing w:after="40"/>
      </w:pPr>
      <w:r>
        <w:rPr>
          <w:b/>
          <w:color w:val="002A56"/>
          <w:sz w:val="21"/>
        </w:rPr>
        <w:t>Please write a short English outreach message to one of these companies.</w:t>
      </w:r>
    </w:p>
    <w:p>
      <w:pPr>
        <w:spacing w:after="140"/>
      </w:pPr>
      <w:r>
        <w:rPr>
          <w:i/>
        </w:rPr>
        <w:t xml:space="preserve">Answer: </w:t>
      </w:r>
      <w:r>
        <w:br/>
        <w:t>________________________________________________________________________________________</w:t>
        <w:br/>
        <w:t>________________________________________________________________________________________</w:t>
        <w:br/>
        <w:t>________________________________________________________________________________________</w:t>
      </w:r>
    </w:p>
    <w:p>
      <w:r>
        <w:br w:type="page"/>
      </w:r>
    </w:p>
    <w:p>
      <w:pPr>
        <w:keepNext/>
        <w:spacing w:before="160" w:after="80"/>
      </w:pPr>
      <w:r>
        <w:rPr>
          <w:rFonts w:ascii="Arial" w:hAnsi="Arial"/>
          <w:b/>
          <w:color w:val="002A56"/>
          <w:sz w:val="28"/>
        </w:rPr>
        <w:t>7. Availability &amp; Compensation</w:t>
      </w:r>
    </w:p>
    <w:p>
      <w:pPr>
        <w:keepNext/>
        <w:spacing w:after="40"/>
      </w:pPr>
      <w:r>
        <w:rPr>
          <w:b/>
          <w:color w:val="002A56"/>
          <w:sz w:val="21"/>
        </w:rPr>
        <w:t>What is your expected monthly compensation for part-time / freelance work?</w:t>
      </w:r>
    </w:p>
    <w:p>
      <w:pPr>
        <w:spacing w:after="140"/>
      </w:pPr>
      <w:r>
        <w:rPr>
          <w:i/>
        </w:rPr>
        <w:t xml:space="preserve">Answer: </w:t>
      </w:r>
      <w:r>
        <w:t>________________________________________________________________________</w:t>
      </w:r>
    </w:p>
    <w:p>
      <w:pPr>
        <w:keepNext/>
        <w:spacing w:after="40"/>
      </w:pPr>
      <w:r>
        <w:rPr>
          <w:b/>
          <w:color w:val="002A56"/>
          <w:sz w:val="21"/>
        </w:rPr>
        <w:t>Are you available for a short online interview?</w:t>
      </w:r>
    </w:p>
    <w:p>
      <w:pPr>
        <w:spacing w:after="0"/>
        <w:ind w:left="317"/>
      </w:pPr>
      <w:r>
        <w:rPr>
          <w:sz w:val="22"/>
        </w:rPr>
        <w:t xml:space="preserve">☐ </w:t>
      </w:r>
      <w:r>
        <w:rPr>
          <w:sz w:val="20"/>
        </w:rPr>
        <w:t>Yes</w:t>
      </w:r>
    </w:p>
    <w:p>
      <w:pPr>
        <w:spacing w:after="0"/>
        <w:ind w:left="317"/>
      </w:pPr>
      <w:r>
        <w:rPr>
          <w:sz w:val="22"/>
        </w:rPr>
        <w:t xml:space="preserve">☐ </w:t>
      </w:r>
      <w:r>
        <w:rPr>
          <w:sz w:val="20"/>
        </w:rPr>
        <w:t>No</w:t>
      </w:r>
    </w:p>
    <w:p>
      <w:pPr>
        <w:spacing w:after="40"/>
      </w:pPr>
    </w:p>
    <w:p>
      <w:pPr>
        <w:keepNext/>
        <w:spacing w:after="40"/>
      </w:pPr>
      <w:r>
        <w:rPr>
          <w:b/>
          <w:color w:val="002A56"/>
          <w:sz w:val="21"/>
        </w:rPr>
        <w:t>Please add anything else you would like us to know.</w:t>
      </w:r>
    </w:p>
    <w:p>
      <w:pPr>
        <w:spacing w:after="140"/>
      </w:pPr>
      <w:r>
        <w:rPr>
          <w:i/>
        </w:rPr>
        <w:t xml:space="preserve">Answer: </w:t>
      </w:r>
      <w:r>
        <w:br/>
        <w:t>________________________________________________________________________________________</w:t>
        <w:br/>
        <w:t>________________________________________________________________________________________</w:t>
        <w:br/>
        <w:t>________________________________________________________________________________________</w:t>
      </w:r>
    </w:p>
    <w:p>
      <w:pPr>
        <w:keepNext/>
        <w:spacing w:before="160" w:after="80"/>
      </w:pPr>
      <w:r>
        <w:rPr>
          <w:rFonts w:ascii="Arial" w:hAnsi="Arial"/>
          <w:b/>
          <w:color w:val="002A56"/>
          <w:sz w:val="28"/>
        </w:rPr>
        <w:t>8. Confirmation</w:t>
      </w:r>
    </w:p>
    <w:p>
      <w:pPr>
        <w:keepNext/>
        <w:spacing w:after="40"/>
      </w:pPr>
      <w:r>
        <w:rPr>
          <w:b/>
          <w:color w:val="002A56"/>
          <w:sz w:val="21"/>
        </w:rPr>
        <w:t>By submitting this form, I confirm that the information provided is accurate and that I understand this is a part-time / freelance remote opportunity.</w:t>
      </w:r>
    </w:p>
    <w:p>
      <w:pPr>
        <w:spacing w:after="0"/>
        <w:ind w:left="317"/>
      </w:pPr>
      <w:r>
        <w:rPr>
          <w:sz w:val="22"/>
        </w:rPr>
        <w:t xml:space="preserve">☐ </w:t>
      </w:r>
      <w:r>
        <w:rPr>
          <w:sz w:val="20"/>
        </w:rPr>
        <w:t>I confirm</w:t>
      </w:r>
    </w:p>
    <w:p>
      <w:pPr>
        <w:spacing w:after="4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9E2EC"/>
          <w:left w:val="single" w:sz="4" w:space="0" w:color="D9E2EC"/>
          <w:bottom w:val="single" w:sz="4" w:space="0" w:color="D9E2EC"/>
          <w:right w:val="single" w:sz="4" w:space="0" w:color="D9E2EC"/>
          <w:insideH w:val="single" w:sz="4" w:space="0" w:color="D9E2EC"/>
          <w:insideV w:val="single" w:sz="4" w:space="0" w:color="D9E2EC"/>
        </w:tblBorders>
      </w:tblPr>
      <w:tblGrid>
        <w:gridCol w:w="10368"/>
      </w:tblGrid>
      <w:tr>
        <w:tc>
          <w:tcPr>
            <w:tcW w:type="dxa" w:w="10368"/>
            <w:shd w:fill="EAF7F8"/>
          </w:tcPr>
          <w:p>
            <w:pPr>
              <w:jc w:val="center"/>
            </w:pPr>
            <w:r>
              <w:rPr>
                <w:b/>
                <w:color w:val="002A56"/>
                <w:sz w:val="24"/>
              </w:rPr>
              <w:t>Thank you for your application.</w:t>
            </w:r>
          </w:p>
          <w:p>
            <w:pPr>
              <w:jc w:val="center"/>
            </w:pPr>
            <w:r>
              <w:rPr>
                <w:sz w:val="20"/>
              </w:rPr>
              <w:t>We will review your information and contact shortlisted candidates for the next step.</w:t>
            </w:r>
          </w:p>
          <w:p>
            <w:pPr>
              <w:jc w:val="center"/>
            </w:pPr>
            <w:r>
              <w:rPr>
                <w:b/>
                <w:color w:val="00808E"/>
              </w:rPr>
              <w:t>Medisa Group | info@medisagroup.com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A5A5A"/>
        <w:sz w:val="16"/>
      </w:rPr>
      <w:t>medisagroup.com | turkishfilmcommission.org | fixerinturkiye.org | medisatravel.com | medisahospitality.com | medisasportsworks.com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